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6A43" w14:textId="77777777" w:rsidR="00EF002F" w:rsidRDefault="00EF002F" w:rsidP="002F73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881B3B" w14:textId="2570C733" w:rsidR="004D62D4" w:rsidRPr="0017363F" w:rsidRDefault="004D62D4" w:rsidP="004D62D4">
      <w:pPr>
        <w:spacing w:after="0"/>
        <w:ind w:firstLine="851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7363F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14:paraId="5A2D227D" w14:textId="77777777" w:rsidR="004D62D4" w:rsidRPr="0017363F" w:rsidRDefault="004D62D4" w:rsidP="004D62D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7363F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bookmarkStart w:id="0" w:name="_Hlk220318263"/>
      <w:r w:rsidRPr="0017363F">
        <w:rPr>
          <w:rFonts w:ascii="Times New Roman" w:hAnsi="Times New Roman" w:cs="Times New Roman"/>
          <w:sz w:val="28"/>
          <w:szCs w:val="28"/>
          <w:lang w:val="ru-RU"/>
        </w:rPr>
        <w:t xml:space="preserve">Положению </w:t>
      </w:r>
      <w:bookmarkStart w:id="1" w:name="_Hlk220318240"/>
      <w:r w:rsidRPr="0017363F">
        <w:rPr>
          <w:rFonts w:ascii="Times New Roman" w:hAnsi="Times New Roman" w:cs="Times New Roman"/>
          <w:sz w:val="28"/>
          <w:szCs w:val="28"/>
          <w:lang w:val="ru-RU"/>
        </w:rPr>
        <w:t xml:space="preserve">о региональном проекте </w:t>
      </w:r>
    </w:p>
    <w:p w14:paraId="234A84FB" w14:textId="77777777" w:rsidR="004D62D4" w:rsidRPr="0017363F" w:rsidRDefault="004D62D4" w:rsidP="004D62D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7363F">
        <w:rPr>
          <w:rFonts w:ascii="Times New Roman" w:hAnsi="Times New Roman" w:cs="Times New Roman"/>
          <w:sz w:val="28"/>
          <w:szCs w:val="28"/>
          <w:lang w:val="ru-RU"/>
        </w:rPr>
        <w:t xml:space="preserve">«Финансы для всей семьи – </w:t>
      </w:r>
    </w:p>
    <w:p w14:paraId="2E0EDF8B" w14:textId="474E561E" w:rsidR="004D62D4" w:rsidRPr="0017363F" w:rsidRDefault="004D62D4" w:rsidP="004D62D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7363F">
        <w:rPr>
          <w:rFonts w:ascii="Times New Roman" w:hAnsi="Times New Roman" w:cs="Times New Roman"/>
          <w:sz w:val="28"/>
          <w:szCs w:val="28"/>
          <w:lang w:val="ru-RU"/>
        </w:rPr>
        <w:t>Верхневолжский семейный фестиваль»</w:t>
      </w:r>
    </w:p>
    <w:p w14:paraId="38C675A3" w14:textId="77777777" w:rsidR="004D62D4" w:rsidRPr="0017363F" w:rsidRDefault="004D62D4" w:rsidP="004D62D4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bookmarkEnd w:id="0"/>
    <w:p w14:paraId="0BA2A9D9" w14:textId="77777777" w:rsidR="004D62D4" w:rsidRPr="0017363F" w:rsidRDefault="004D62D4" w:rsidP="004D62D4">
      <w:pPr>
        <w:pStyle w:val="LIST1"/>
        <w:numPr>
          <w:ilvl w:val="0"/>
          <w:numId w:val="0"/>
        </w:numPr>
        <w:tabs>
          <w:tab w:val="left" w:pos="708"/>
          <w:tab w:val="left" w:pos="1395"/>
          <w:tab w:val="right" w:pos="9356"/>
        </w:tabs>
        <w:ind w:left="-567" w:right="-1"/>
        <w:jc w:val="left"/>
        <w:rPr>
          <w:rFonts w:ascii="Times New Roman" w:hAnsi="Times New Roman"/>
          <w:sz w:val="28"/>
          <w:szCs w:val="28"/>
          <w:lang w:eastAsia="en-US"/>
        </w:rPr>
      </w:pPr>
    </w:p>
    <w:bookmarkEnd w:id="1"/>
    <w:p w14:paraId="6313D29C" w14:textId="556869E7" w:rsidR="00853E17" w:rsidRDefault="004D62D4" w:rsidP="00BC3EB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736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Заявка для участия </w:t>
      </w:r>
      <w:r w:rsidR="009C75E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 </w:t>
      </w:r>
      <w:r w:rsidR="00BC3EBD">
        <w:rPr>
          <w:rFonts w:ascii="Times New Roman" w:hAnsi="Times New Roman" w:cs="Times New Roman"/>
          <w:b/>
          <w:bCs/>
          <w:sz w:val="28"/>
          <w:szCs w:val="28"/>
          <w:lang w:val="ru-RU"/>
        </w:rPr>
        <w:t>Фестивале</w:t>
      </w:r>
    </w:p>
    <w:p w14:paraId="2FF96005" w14:textId="0CE57F6E" w:rsidR="000669CD" w:rsidRDefault="000669CD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ff0"/>
        <w:tblW w:w="9776" w:type="dxa"/>
        <w:tblLook w:val="04A0" w:firstRow="1" w:lastRow="0" w:firstColumn="1" w:lastColumn="0" w:noHBand="0" w:noVBand="1"/>
      </w:tblPr>
      <w:tblGrid>
        <w:gridCol w:w="594"/>
        <w:gridCol w:w="5187"/>
        <w:gridCol w:w="3995"/>
      </w:tblGrid>
      <w:tr w:rsidR="00594DC0" w:rsidRPr="0017363F" w14:paraId="5CF2D928" w14:textId="77777777" w:rsidTr="00E421A3">
        <w:tc>
          <w:tcPr>
            <w:tcW w:w="574" w:type="dxa"/>
          </w:tcPr>
          <w:p w14:paraId="62D1737E" w14:textId="77777777" w:rsidR="00594DC0" w:rsidRPr="0017363F" w:rsidRDefault="00594DC0" w:rsidP="00E42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25518082"/>
            <w:r w:rsidRPr="001736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98" w:type="dxa"/>
          </w:tcPr>
          <w:p w14:paraId="18489F63" w14:textId="77777777" w:rsidR="00594DC0" w:rsidRPr="0017363F" w:rsidRDefault="00594DC0" w:rsidP="00E421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4004" w:type="dxa"/>
          </w:tcPr>
          <w:p w14:paraId="3517610C" w14:textId="77777777" w:rsidR="00594DC0" w:rsidRPr="0017363F" w:rsidRDefault="00594DC0" w:rsidP="00E421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 участника</w:t>
            </w:r>
          </w:p>
        </w:tc>
      </w:tr>
      <w:tr w:rsidR="00594DC0" w:rsidRPr="00B94D52" w14:paraId="0BBB74D7" w14:textId="77777777" w:rsidTr="00E421A3">
        <w:tc>
          <w:tcPr>
            <w:tcW w:w="574" w:type="dxa"/>
          </w:tcPr>
          <w:p w14:paraId="6B81BE87" w14:textId="77777777" w:rsidR="00594DC0" w:rsidRPr="0017363F" w:rsidRDefault="00594DC0" w:rsidP="00594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8" w:type="dxa"/>
          </w:tcPr>
          <w:p w14:paraId="6B772991" w14:textId="77777777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образование Тверской области, населенный пункт</w:t>
            </w:r>
          </w:p>
        </w:tc>
        <w:tc>
          <w:tcPr>
            <w:tcW w:w="4004" w:type="dxa"/>
          </w:tcPr>
          <w:p w14:paraId="55828880" w14:textId="77777777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94DC0" w:rsidRPr="0017363F" w14:paraId="0AA080DE" w14:textId="77777777" w:rsidTr="00E421A3">
        <w:tc>
          <w:tcPr>
            <w:tcW w:w="574" w:type="dxa"/>
          </w:tcPr>
          <w:p w14:paraId="317E0385" w14:textId="77777777" w:rsidR="00594DC0" w:rsidRPr="0017363F" w:rsidRDefault="00594DC0" w:rsidP="00594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</w:tcPr>
          <w:p w14:paraId="4A59CD9F" w14:textId="66189B1C" w:rsidR="00594DC0" w:rsidRPr="00EF002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Категория участника</w:t>
            </w:r>
            <w:r w:rsidRPr="00173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(выбрать одну)</w:t>
            </w:r>
          </w:p>
        </w:tc>
        <w:tc>
          <w:tcPr>
            <w:tcW w:w="4004" w:type="dxa"/>
          </w:tcPr>
          <w:p w14:paraId="72323176" w14:textId="77777777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DC0" w:rsidRPr="00B94D52" w14:paraId="4606FF36" w14:textId="77777777" w:rsidTr="00E421A3">
        <w:tc>
          <w:tcPr>
            <w:tcW w:w="574" w:type="dxa"/>
          </w:tcPr>
          <w:p w14:paraId="4A7C8802" w14:textId="77777777" w:rsidR="00594DC0" w:rsidRPr="0017363F" w:rsidRDefault="00594DC0" w:rsidP="00594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8" w:type="dxa"/>
          </w:tcPr>
          <w:p w14:paraId="267A99E2" w14:textId="38610181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ФИО </w:t>
            </w: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ответственного представителя семьи</w:t>
            </w:r>
            <w:r w:rsid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(взрослого </w:t>
            </w:r>
            <w:r w:rsid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участника,</w:t>
            </w:r>
            <w:r w:rsid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контактного лица)</w:t>
            </w:r>
          </w:p>
        </w:tc>
        <w:tc>
          <w:tcPr>
            <w:tcW w:w="4004" w:type="dxa"/>
          </w:tcPr>
          <w:p w14:paraId="486E2ED2" w14:textId="77777777" w:rsidR="00594DC0" w:rsidRPr="00EF002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94DC0" w:rsidRPr="0017363F" w14:paraId="38331BCE" w14:textId="77777777" w:rsidTr="00E421A3">
        <w:tc>
          <w:tcPr>
            <w:tcW w:w="574" w:type="dxa"/>
          </w:tcPr>
          <w:p w14:paraId="15799B0E" w14:textId="77777777" w:rsidR="00594DC0" w:rsidRPr="0017363F" w:rsidRDefault="00594DC0" w:rsidP="00594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8" w:type="dxa"/>
          </w:tcPr>
          <w:p w14:paraId="753E12CB" w14:textId="77777777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Контактный телефон</w:t>
            </w:r>
          </w:p>
        </w:tc>
        <w:tc>
          <w:tcPr>
            <w:tcW w:w="4004" w:type="dxa"/>
          </w:tcPr>
          <w:p w14:paraId="6963E41D" w14:textId="77777777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DC0" w:rsidRPr="0017363F" w14:paraId="6D3DBEC1" w14:textId="77777777" w:rsidTr="00E421A3">
        <w:tc>
          <w:tcPr>
            <w:tcW w:w="574" w:type="dxa"/>
          </w:tcPr>
          <w:p w14:paraId="1BBE7D90" w14:textId="77777777" w:rsidR="00594DC0" w:rsidRPr="0017363F" w:rsidRDefault="00594DC0" w:rsidP="00594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8" w:type="dxa"/>
          </w:tcPr>
          <w:p w14:paraId="75E3BAFA" w14:textId="77777777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4004" w:type="dxa"/>
          </w:tcPr>
          <w:p w14:paraId="3C88F578" w14:textId="77777777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DC0" w:rsidRPr="00B94D52" w14:paraId="4C7CE35E" w14:textId="77777777" w:rsidTr="00E421A3">
        <w:tc>
          <w:tcPr>
            <w:tcW w:w="574" w:type="dxa"/>
          </w:tcPr>
          <w:p w14:paraId="74CBDADC" w14:textId="77777777" w:rsidR="00594DC0" w:rsidRPr="0017363F" w:rsidRDefault="00594DC0" w:rsidP="00594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98" w:type="dxa"/>
          </w:tcPr>
          <w:p w14:paraId="4B9827BA" w14:textId="77777777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 семьи (ФИО, возраст, родство)</w:t>
            </w:r>
          </w:p>
        </w:tc>
        <w:tc>
          <w:tcPr>
            <w:tcW w:w="4004" w:type="dxa"/>
          </w:tcPr>
          <w:p w14:paraId="2738E383" w14:textId="77777777" w:rsidR="00594DC0" w:rsidRPr="0017363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94DC0" w:rsidRPr="00B94D52" w14:paraId="78576355" w14:textId="77777777" w:rsidTr="00E421A3">
        <w:tc>
          <w:tcPr>
            <w:tcW w:w="574" w:type="dxa"/>
          </w:tcPr>
          <w:p w14:paraId="6E2B71A0" w14:textId="77777777" w:rsidR="00594DC0" w:rsidRPr="0017363F" w:rsidRDefault="00594DC0" w:rsidP="00594D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98" w:type="dxa"/>
          </w:tcPr>
          <w:p w14:paraId="4B07F618" w14:textId="77777777" w:rsidR="005A084C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Краткое описание семьи</w:t>
            </w:r>
            <w:r w:rsidRP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(1–3 </w:t>
            </w: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предложения</w:t>
            </w:r>
            <w:r w:rsidRP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13B2F739" w14:textId="4D4562F6" w:rsidR="00EF002F" w:rsidRPr="00EF002F" w:rsidRDefault="005A084C" w:rsidP="005A08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</w:t>
            </w:r>
            <w:r w:rsidR="00EF002F"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асскажите</w:t>
            </w:r>
            <w:r w:rsid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="00EF002F"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семейных</w:t>
            </w:r>
            <w:r w:rsid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002F"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традициях,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 w:rsidR="00EF002F"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вязанных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002F"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002F"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финансами,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002F"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002F"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002F" w:rsidRPr="00EF00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целях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004" w:type="dxa"/>
          </w:tcPr>
          <w:p w14:paraId="53C2EEFE" w14:textId="77777777" w:rsidR="00594DC0" w:rsidRPr="00EF002F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94DC0" w:rsidRPr="00B94D52" w14:paraId="5CC00821" w14:textId="77777777" w:rsidTr="00E421A3">
        <w:tc>
          <w:tcPr>
            <w:tcW w:w="574" w:type="dxa"/>
          </w:tcPr>
          <w:p w14:paraId="4B8AA4A5" w14:textId="77777777" w:rsidR="00594DC0" w:rsidRPr="0017363F" w:rsidRDefault="00594DC0" w:rsidP="00594D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198" w:type="dxa"/>
          </w:tcPr>
          <w:p w14:paraId="20DB3605" w14:textId="0C9DD8E3" w:rsidR="00594DC0" w:rsidRPr="005A084C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3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Иная информация (по желанию)</w:t>
            </w:r>
            <w:r w:rsidR="005A084C" w:rsidRPr="005A084C">
              <w:rPr>
                <w:rFonts w:ascii="Arial" w:hAnsi="Arial" w:cs="Arial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="005A084C">
              <w:rPr>
                <w:rFonts w:ascii="Arial" w:hAnsi="Arial" w:cs="Arial"/>
                <w:sz w:val="21"/>
                <w:szCs w:val="21"/>
                <w:shd w:val="clear" w:color="auto" w:fill="FFFFFF"/>
                <w:lang w:val="ru-RU"/>
              </w:rPr>
              <w:t>(</w:t>
            </w:r>
            <w:r w:rsidR="005A084C" w:rsidRP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сведения,</w:t>
            </w:r>
            <w:r w:rsid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A084C" w:rsidRP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которые</w:t>
            </w:r>
            <w:r w:rsid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A084C" w:rsidRP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могут</w:t>
            </w:r>
            <w:r w:rsid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A084C" w:rsidRP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быть</w:t>
            </w:r>
            <w:r w:rsid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A084C" w:rsidRP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важны</w:t>
            </w:r>
            <w:r w:rsid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A084C" w:rsidRP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A084C" w:rsidRP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организатор</w:t>
            </w:r>
            <w:r w:rsidR="005A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а)</w:t>
            </w:r>
          </w:p>
        </w:tc>
        <w:tc>
          <w:tcPr>
            <w:tcW w:w="4004" w:type="dxa"/>
          </w:tcPr>
          <w:p w14:paraId="14B41CC2" w14:textId="77777777" w:rsidR="00594DC0" w:rsidRPr="005A084C" w:rsidRDefault="00594DC0" w:rsidP="00E421A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bookmarkEnd w:id="2"/>
    </w:tbl>
    <w:p w14:paraId="5B5649BE" w14:textId="1857F35D" w:rsidR="000669CD" w:rsidRDefault="000669CD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BCCF8F" w14:textId="08734EBC" w:rsidR="000669CD" w:rsidRDefault="000669CD" w:rsidP="006A6A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9FD5ED0" w14:textId="77777777" w:rsidR="006A6AFB" w:rsidRPr="006A6AFB" w:rsidRDefault="006A6AFB" w:rsidP="006A6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A8BE755" w14:textId="618377DE" w:rsidR="006A6AFB" w:rsidRPr="006A6AFB" w:rsidRDefault="006A6AFB" w:rsidP="006A6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 семьи </w:t>
      </w:r>
      <w:r w:rsidRPr="006A6AFB">
        <w:rPr>
          <w:rFonts w:ascii="Times New Roman" w:hAnsi="Times New Roman" w:cs="Times New Roman"/>
          <w:sz w:val="28"/>
          <w:szCs w:val="28"/>
          <w:lang w:val="ru-RU"/>
        </w:rPr>
        <w:t>________________</w:t>
      </w:r>
      <w:proofErr w:type="gramStart"/>
      <w:r w:rsidRPr="006A6AFB">
        <w:rPr>
          <w:rFonts w:ascii="Times New Roman" w:hAnsi="Times New Roman" w:cs="Times New Roman"/>
          <w:sz w:val="28"/>
          <w:szCs w:val="28"/>
          <w:lang w:val="ru-RU"/>
        </w:rPr>
        <w:t>_(</w:t>
      </w:r>
      <w:proofErr w:type="gramEnd"/>
      <w:r w:rsidRPr="006A6AFB">
        <w:rPr>
          <w:rFonts w:ascii="Times New Roman" w:hAnsi="Times New Roman" w:cs="Times New Roman"/>
          <w:sz w:val="28"/>
          <w:szCs w:val="28"/>
          <w:lang w:val="ru-RU"/>
        </w:rPr>
        <w:t>расшифровка подписи)</w:t>
      </w:r>
    </w:p>
    <w:p w14:paraId="4AA03519" w14:textId="09663C45" w:rsidR="000669CD" w:rsidRPr="006A6AFB" w:rsidRDefault="006A6AFB" w:rsidP="006A6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r w:rsidRPr="006A6AFB">
        <w:rPr>
          <w:rFonts w:ascii="Times New Roman" w:hAnsi="Times New Roman" w:cs="Times New Roman"/>
          <w:sz w:val="28"/>
          <w:szCs w:val="28"/>
          <w:lang w:val="ru-RU"/>
        </w:rPr>
        <w:t xml:space="preserve">подпись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Pr="006A6AFB">
        <w:rPr>
          <w:rFonts w:ascii="Times New Roman" w:hAnsi="Times New Roman" w:cs="Times New Roman"/>
          <w:sz w:val="28"/>
          <w:szCs w:val="28"/>
          <w:lang w:val="ru-RU"/>
        </w:rPr>
        <w:t xml:space="preserve">  ФИО</w:t>
      </w:r>
    </w:p>
    <w:p w14:paraId="0A0BB0EC" w14:textId="7D8F06E7" w:rsidR="00183B3C" w:rsidRDefault="00183B3C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308BC75" w14:textId="77777777" w:rsidR="00183B3C" w:rsidRDefault="00183B3C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522703" w14:textId="3BAF4FFE" w:rsidR="000669CD" w:rsidRDefault="000669CD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F9C9C10" w14:textId="37730BB6" w:rsidR="000669CD" w:rsidRDefault="000669CD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39524F3" w14:textId="1BB76455" w:rsidR="00F57ED0" w:rsidRDefault="00F57ED0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590D37D" w14:textId="000E4E9C" w:rsidR="00F57ED0" w:rsidRDefault="00F57ED0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FEA753D" w14:textId="20A07257" w:rsidR="00F57ED0" w:rsidRDefault="00F57ED0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64F382A" w14:textId="682A84D0" w:rsidR="00F57ED0" w:rsidRDefault="00F57ED0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360C6F" w14:textId="77777777" w:rsidR="00F57ED0" w:rsidRPr="0017363F" w:rsidRDefault="00F57ED0" w:rsidP="00853E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93260B7" w14:textId="56D97923" w:rsidR="00090839" w:rsidRDefault="00090839">
      <w:pPr>
        <w:rPr>
          <w:sz w:val="28"/>
          <w:szCs w:val="28"/>
          <w:lang w:val="ru-RU"/>
        </w:rPr>
      </w:pPr>
    </w:p>
    <w:sectPr w:rsidR="00090839" w:rsidSect="004B573D">
      <w:pgSz w:w="12240" w:h="15840"/>
      <w:pgMar w:top="993" w:right="760" w:bottom="426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816007"/>
    <w:multiLevelType w:val="multilevel"/>
    <w:tmpl w:val="4D8C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F4975"/>
    <w:multiLevelType w:val="hybridMultilevel"/>
    <w:tmpl w:val="734C9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130E3"/>
    <w:multiLevelType w:val="multilevel"/>
    <w:tmpl w:val="7C9C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1672C"/>
    <w:multiLevelType w:val="singleLevel"/>
    <w:tmpl w:val="1641672C"/>
    <w:lvl w:ilvl="0">
      <w:start w:val="1"/>
      <w:numFmt w:val="bullet"/>
      <w:pStyle w:val="LIST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2F2057"/>
    <w:multiLevelType w:val="multilevel"/>
    <w:tmpl w:val="CAD8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2C1571"/>
    <w:multiLevelType w:val="hybridMultilevel"/>
    <w:tmpl w:val="ED72D2A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A0C68"/>
    <w:multiLevelType w:val="hybridMultilevel"/>
    <w:tmpl w:val="91002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045C6"/>
    <w:multiLevelType w:val="multilevel"/>
    <w:tmpl w:val="15F2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4F07C1"/>
    <w:multiLevelType w:val="multilevel"/>
    <w:tmpl w:val="57AC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65107F"/>
    <w:multiLevelType w:val="multilevel"/>
    <w:tmpl w:val="0196280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F154AAA"/>
    <w:multiLevelType w:val="hybridMultilevel"/>
    <w:tmpl w:val="304E93E6"/>
    <w:lvl w:ilvl="0" w:tplc="C096D32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07D30EA"/>
    <w:multiLevelType w:val="multilevel"/>
    <w:tmpl w:val="8A9E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801481"/>
    <w:multiLevelType w:val="multilevel"/>
    <w:tmpl w:val="7D1E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9F0451"/>
    <w:multiLevelType w:val="multilevel"/>
    <w:tmpl w:val="A862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F1CA1"/>
    <w:multiLevelType w:val="multilevel"/>
    <w:tmpl w:val="F0DEFB3A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1" w15:restartNumberingAfterBreak="0">
    <w:nsid w:val="5ECB5902"/>
    <w:multiLevelType w:val="multilevel"/>
    <w:tmpl w:val="CC7ADD62"/>
    <w:lvl w:ilvl="0">
      <w:start w:val="3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86B2F62"/>
    <w:multiLevelType w:val="multilevel"/>
    <w:tmpl w:val="EEF6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9E01FA"/>
    <w:multiLevelType w:val="multilevel"/>
    <w:tmpl w:val="E6CC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60523F"/>
    <w:multiLevelType w:val="multilevel"/>
    <w:tmpl w:val="0A96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C55AEE"/>
    <w:multiLevelType w:val="multilevel"/>
    <w:tmpl w:val="681A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BF71D9"/>
    <w:multiLevelType w:val="multilevel"/>
    <w:tmpl w:val="CDCC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21"/>
  </w:num>
  <w:num w:numId="9">
    <w:abstractNumId w:val="9"/>
  </w:num>
  <w:num w:numId="10">
    <w:abstractNumId w:val="11"/>
  </w:num>
  <w:num w:numId="11">
    <w:abstractNumId w:val="15"/>
  </w:num>
  <w:num w:numId="12">
    <w:abstractNumId w:val="20"/>
  </w:num>
  <w:num w:numId="13">
    <w:abstractNumId w:val="12"/>
  </w:num>
  <w:num w:numId="14">
    <w:abstractNumId w:val="16"/>
  </w:num>
  <w:num w:numId="15">
    <w:abstractNumId w:val="10"/>
  </w:num>
  <w:num w:numId="16">
    <w:abstractNumId w:val="14"/>
  </w:num>
  <w:num w:numId="17">
    <w:abstractNumId w:val="6"/>
  </w:num>
  <w:num w:numId="18">
    <w:abstractNumId w:val="23"/>
  </w:num>
  <w:num w:numId="19">
    <w:abstractNumId w:val="17"/>
  </w:num>
  <w:num w:numId="20">
    <w:abstractNumId w:val="8"/>
  </w:num>
  <w:num w:numId="21">
    <w:abstractNumId w:val="13"/>
  </w:num>
  <w:num w:numId="22">
    <w:abstractNumId w:val="19"/>
  </w:num>
  <w:num w:numId="23">
    <w:abstractNumId w:val="25"/>
  </w:num>
  <w:num w:numId="24">
    <w:abstractNumId w:val="24"/>
  </w:num>
  <w:num w:numId="25">
    <w:abstractNumId w:val="26"/>
  </w:num>
  <w:num w:numId="26">
    <w:abstractNumId w:val="22"/>
  </w:num>
  <w:num w:numId="27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5C31"/>
    <w:rsid w:val="00017F67"/>
    <w:rsid w:val="00026CC6"/>
    <w:rsid w:val="00027DE8"/>
    <w:rsid w:val="00034616"/>
    <w:rsid w:val="00054DDB"/>
    <w:rsid w:val="0006063C"/>
    <w:rsid w:val="00063387"/>
    <w:rsid w:val="00064728"/>
    <w:rsid w:val="000650B0"/>
    <w:rsid w:val="000651A6"/>
    <w:rsid w:val="000669CD"/>
    <w:rsid w:val="00085169"/>
    <w:rsid w:val="000877F1"/>
    <w:rsid w:val="00090839"/>
    <w:rsid w:val="000A4D7E"/>
    <w:rsid w:val="000B3DD7"/>
    <w:rsid w:val="000B7E0D"/>
    <w:rsid w:val="000D125C"/>
    <w:rsid w:val="000E2351"/>
    <w:rsid w:val="000E42E3"/>
    <w:rsid w:val="000E7018"/>
    <w:rsid w:val="001218DB"/>
    <w:rsid w:val="001220DC"/>
    <w:rsid w:val="001228B8"/>
    <w:rsid w:val="00136EB9"/>
    <w:rsid w:val="00145CD9"/>
    <w:rsid w:val="0015074B"/>
    <w:rsid w:val="001527AB"/>
    <w:rsid w:val="00163694"/>
    <w:rsid w:val="001667AD"/>
    <w:rsid w:val="00170FB9"/>
    <w:rsid w:val="00172AE4"/>
    <w:rsid w:val="0017363F"/>
    <w:rsid w:val="001839AC"/>
    <w:rsid w:val="00183B3C"/>
    <w:rsid w:val="00187487"/>
    <w:rsid w:val="001B3629"/>
    <w:rsid w:val="001B75A3"/>
    <w:rsid w:val="001C3D16"/>
    <w:rsid w:val="001E57DD"/>
    <w:rsid w:val="001F07CD"/>
    <w:rsid w:val="001F5BD6"/>
    <w:rsid w:val="002142AF"/>
    <w:rsid w:val="0022396F"/>
    <w:rsid w:val="00231D1E"/>
    <w:rsid w:val="00243C6F"/>
    <w:rsid w:val="00246670"/>
    <w:rsid w:val="00254D72"/>
    <w:rsid w:val="00270DEE"/>
    <w:rsid w:val="0028125F"/>
    <w:rsid w:val="002846E4"/>
    <w:rsid w:val="00285E6B"/>
    <w:rsid w:val="00286CC4"/>
    <w:rsid w:val="002918B2"/>
    <w:rsid w:val="0029639D"/>
    <w:rsid w:val="002A485C"/>
    <w:rsid w:val="002B206E"/>
    <w:rsid w:val="002B5127"/>
    <w:rsid w:val="002F0698"/>
    <w:rsid w:val="002F73FE"/>
    <w:rsid w:val="0030162F"/>
    <w:rsid w:val="00317B93"/>
    <w:rsid w:val="003227C9"/>
    <w:rsid w:val="00323DF1"/>
    <w:rsid w:val="00324A4B"/>
    <w:rsid w:val="00326F90"/>
    <w:rsid w:val="0032763C"/>
    <w:rsid w:val="0033510E"/>
    <w:rsid w:val="00342641"/>
    <w:rsid w:val="00346E1A"/>
    <w:rsid w:val="00397FDD"/>
    <w:rsid w:val="003A38AF"/>
    <w:rsid w:val="003B581D"/>
    <w:rsid w:val="003C50E7"/>
    <w:rsid w:val="003F277C"/>
    <w:rsid w:val="00401ECA"/>
    <w:rsid w:val="00402B63"/>
    <w:rsid w:val="004047E0"/>
    <w:rsid w:val="0041254F"/>
    <w:rsid w:val="0043014C"/>
    <w:rsid w:val="0043277D"/>
    <w:rsid w:val="00436506"/>
    <w:rsid w:val="004473A1"/>
    <w:rsid w:val="004518B8"/>
    <w:rsid w:val="0045520D"/>
    <w:rsid w:val="00460052"/>
    <w:rsid w:val="0046037D"/>
    <w:rsid w:val="0048276A"/>
    <w:rsid w:val="0048693E"/>
    <w:rsid w:val="00490EF6"/>
    <w:rsid w:val="00492CF1"/>
    <w:rsid w:val="00494220"/>
    <w:rsid w:val="004957A5"/>
    <w:rsid w:val="00497729"/>
    <w:rsid w:val="004A1847"/>
    <w:rsid w:val="004B530D"/>
    <w:rsid w:val="004B55DA"/>
    <w:rsid w:val="004B573D"/>
    <w:rsid w:val="004C3C19"/>
    <w:rsid w:val="004C441F"/>
    <w:rsid w:val="004D3290"/>
    <w:rsid w:val="004D62D4"/>
    <w:rsid w:val="004D7CEE"/>
    <w:rsid w:val="004E0C98"/>
    <w:rsid w:val="00503C91"/>
    <w:rsid w:val="005048F9"/>
    <w:rsid w:val="005135A0"/>
    <w:rsid w:val="00525761"/>
    <w:rsid w:val="00526D1C"/>
    <w:rsid w:val="00554F9B"/>
    <w:rsid w:val="005611F8"/>
    <w:rsid w:val="00562F03"/>
    <w:rsid w:val="0058154B"/>
    <w:rsid w:val="00593D9A"/>
    <w:rsid w:val="0059496F"/>
    <w:rsid w:val="00594DC0"/>
    <w:rsid w:val="005A01B6"/>
    <w:rsid w:val="005A084C"/>
    <w:rsid w:val="005D675F"/>
    <w:rsid w:val="005E44CA"/>
    <w:rsid w:val="005F2AFE"/>
    <w:rsid w:val="005F50CC"/>
    <w:rsid w:val="005F6135"/>
    <w:rsid w:val="00615C3F"/>
    <w:rsid w:val="006222E5"/>
    <w:rsid w:val="006450D9"/>
    <w:rsid w:val="00646BFB"/>
    <w:rsid w:val="00653DDA"/>
    <w:rsid w:val="006655B5"/>
    <w:rsid w:val="00667E0E"/>
    <w:rsid w:val="00670371"/>
    <w:rsid w:val="006804C9"/>
    <w:rsid w:val="0068258A"/>
    <w:rsid w:val="006844FA"/>
    <w:rsid w:val="00690AE4"/>
    <w:rsid w:val="006955B2"/>
    <w:rsid w:val="006A06BD"/>
    <w:rsid w:val="006A1F5D"/>
    <w:rsid w:val="006A44B3"/>
    <w:rsid w:val="006A6AFB"/>
    <w:rsid w:val="006C2AB0"/>
    <w:rsid w:val="006D1BD5"/>
    <w:rsid w:val="006D5931"/>
    <w:rsid w:val="006E24ED"/>
    <w:rsid w:val="006F7367"/>
    <w:rsid w:val="00701BEF"/>
    <w:rsid w:val="00704B31"/>
    <w:rsid w:val="007239AA"/>
    <w:rsid w:val="0073216C"/>
    <w:rsid w:val="00747DA2"/>
    <w:rsid w:val="007537AE"/>
    <w:rsid w:val="007663E0"/>
    <w:rsid w:val="007676BA"/>
    <w:rsid w:val="00771726"/>
    <w:rsid w:val="00783E98"/>
    <w:rsid w:val="007900A0"/>
    <w:rsid w:val="007A7DFF"/>
    <w:rsid w:val="007B599C"/>
    <w:rsid w:val="007C05C5"/>
    <w:rsid w:val="007C448C"/>
    <w:rsid w:val="007D01A7"/>
    <w:rsid w:val="007D100F"/>
    <w:rsid w:val="007D113E"/>
    <w:rsid w:val="007D4D55"/>
    <w:rsid w:val="007E3EA0"/>
    <w:rsid w:val="007F08E8"/>
    <w:rsid w:val="007F23E2"/>
    <w:rsid w:val="00800CF6"/>
    <w:rsid w:val="0080462C"/>
    <w:rsid w:val="00805C50"/>
    <w:rsid w:val="00807CE9"/>
    <w:rsid w:val="00807D84"/>
    <w:rsid w:val="00815B0E"/>
    <w:rsid w:val="00817575"/>
    <w:rsid w:val="00820DD2"/>
    <w:rsid w:val="00853E17"/>
    <w:rsid w:val="00854122"/>
    <w:rsid w:val="00867B2D"/>
    <w:rsid w:val="0087272C"/>
    <w:rsid w:val="008742DF"/>
    <w:rsid w:val="00894731"/>
    <w:rsid w:val="00896AB2"/>
    <w:rsid w:val="008B3129"/>
    <w:rsid w:val="008B51FF"/>
    <w:rsid w:val="008C128A"/>
    <w:rsid w:val="008E6A15"/>
    <w:rsid w:val="008F51C8"/>
    <w:rsid w:val="00900637"/>
    <w:rsid w:val="00907BD1"/>
    <w:rsid w:val="00910510"/>
    <w:rsid w:val="0092332C"/>
    <w:rsid w:val="009239B3"/>
    <w:rsid w:val="00924F69"/>
    <w:rsid w:val="009253D1"/>
    <w:rsid w:val="00950EC7"/>
    <w:rsid w:val="0096433F"/>
    <w:rsid w:val="00965C93"/>
    <w:rsid w:val="00972075"/>
    <w:rsid w:val="00975E07"/>
    <w:rsid w:val="0097707F"/>
    <w:rsid w:val="00982D04"/>
    <w:rsid w:val="00984F82"/>
    <w:rsid w:val="00985297"/>
    <w:rsid w:val="00995837"/>
    <w:rsid w:val="00997A39"/>
    <w:rsid w:val="009A064D"/>
    <w:rsid w:val="009B44D6"/>
    <w:rsid w:val="009C75E4"/>
    <w:rsid w:val="009D2A82"/>
    <w:rsid w:val="009D3C39"/>
    <w:rsid w:val="009E5821"/>
    <w:rsid w:val="009F1556"/>
    <w:rsid w:val="009F6372"/>
    <w:rsid w:val="00A07FC8"/>
    <w:rsid w:val="00A10385"/>
    <w:rsid w:val="00A30CE8"/>
    <w:rsid w:val="00A3781B"/>
    <w:rsid w:val="00A545A6"/>
    <w:rsid w:val="00A5600B"/>
    <w:rsid w:val="00A62F78"/>
    <w:rsid w:val="00A741DA"/>
    <w:rsid w:val="00A83252"/>
    <w:rsid w:val="00A863BA"/>
    <w:rsid w:val="00A90379"/>
    <w:rsid w:val="00AA1D8D"/>
    <w:rsid w:val="00AA6ECF"/>
    <w:rsid w:val="00AB09B4"/>
    <w:rsid w:val="00AB7125"/>
    <w:rsid w:val="00AC3DB9"/>
    <w:rsid w:val="00AD5AAD"/>
    <w:rsid w:val="00AE194B"/>
    <w:rsid w:val="00AE1AE2"/>
    <w:rsid w:val="00AE735A"/>
    <w:rsid w:val="00AF7C42"/>
    <w:rsid w:val="00B0387F"/>
    <w:rsid w:val="00B07BEF"/>
    <w:rsid w:val="00B158A3"/>
    <w:rsid w:val="00B336EF"/>
    <w:rsid w:val="00B338E7"/>
    <w:rsid w:val="00B40CBF"/>
    <w:rsid w:val="00B46C0E"/>
    <w:rsid w:val="00B47730"/>
    <w:rsid w:val="00B51869"/>
    <w:rsid w:val="00B52759"/>
    <w:rsid w:val="00B52F76"/>
    <w:rsid w:val="00B60F2D"/>
    <w:rsid w:val="00B62A44"/>
    <w:rsid w:val="00B659D4"/>
    <w:rsid w:val="00B662C6"/>
    <w:rsid w:val="00B75B77"/>
    <w:rsid w:val="00B845D5"/>
    <w:rsid w:val="00B84978"/>
    <w:rsid w:val="00B94D52"/>
    <w:rsid w:val="00B96FD2"/>
    <w:rsid w:val="00BA7872"/>
    <w:rsid w:val="00BB3737"/>
    <w:rsid w:val="00BB534B"/>
    <w:rsid w:val="00BB64CB"/>
    <w:rsid w:val="00BC3EBD"/>
    <w:rsid w:val="00BC75E6"/>
    <w:rsid w:val="00BE0187"/>
    <w:rsid w:val="00BF4902"/>
    <w:rsid w:val="00BF70F9"/>
    <w:rsid w:val="00C05A8F"/>
    <w:rsid w:val="00C32E86"/>
    <w:rsid w:val="00C34F69"/>
    <w:rsid w:val="00C40B41"/>
    <w:rsid w:val="00C567D1"/>
    <w:rsid w:val="00C57AA3"/>
    <w:rsid w:val="00C667E6"/>
    <w:rsid w:val="00C75DF7"/>
    <w:rsid w:val="00C80916"/>
    <w:rsid w:val="00C94152"/>
    <w:rsid w:val="00C9429A"/>
    <w:rsid w:val="00CA5ADD"/>
    <w:rsid w:val="00CB0664"/>
    <w:rsid w:val="00CB5038"/>
    <w:rsid w:val="00CD0707"/>
    <w:rsid w:val="00CD2E67"/>
    <w:rsid w:val="00CE44E5"/>
    <w:rsid w:val="00CF0BCA"/>
    <w:rsid w:val="00D10AA3"/>
    <w:rsid w:val="00D14E35"/>
    <w:rsid w:val="00D15A3E"/>
    <w:rsid w:val="00D25DB6"/>
    <w:rsid w:val="00D267BA"/>
    <w:rsid w:val="00D327EA"/>
    <w:rsid w:val="00D33D02"/>
    <w:rsid w:val="00D37C3E"/>
    <w:rsid w:val="00D46591"/>
    <w:rsid w:val="00D80826"/>
    <w:rsid w:val="00D93C4A"/>
    <w:rsid w:val="00D962D0"/>
    <w:rsid w:val="00DA4EAC"/>
    <w:rsid w:val="00DA548E"/>
    <w:rsid w:val="00DE08F0"/>
    <w:rsid w:val="00DE3822"/>
    <w:rsid w:val="00DE6EC7"/>
    <w:rsid w:val="00DF7084"/>
    <w:rsid w:val="00E15AA7"/>
    <w:rsid w:val="00E15E13"/>
    <w:rsid w:val="00E21321"/>
    <w:rsid w:val="00E3059A"/>
    <w:rsid w:val="00E3453C"/>
    <w:rsid w:val="00E456F4"/>
    <w:rsid w:val="00E564C4"/>
    <w:rsid w:val="00E665D0"/>
    <w:rsid w:val="00E67117"/>
    <w:rsid w:val="00E82C76"/>
    <w:rsid w:val="00E84F90"/>
    <w:rsid w:val="00E91D9F"/>
    <w:rsid w:val="00E94ABE"/>
    <w:rsid w:val="00EC3EF8"/>
    <w:rsid w:val="00ED77D7"/>
    <w:rsid w:val="00EE09C0"/>
    <w:rsid w:val="00EF002F"/>
    <w:rsid w:val="00EF2F44"/>
    <w:rsid w:val="00EF7B2F"/>
    <w:rsid w:val="00F00B40"/>
    <w:rsid w:val="00F01267"/>
    <w:rsid w:val="00F04254"/>
    <w:rsid w:val="00F11C70"/>
    <w:rsid w:val="00F15D0F"/>
    <w:rsid w:val="00F160FC"/>
    <w:rsid w:val="00F27D1F"/>
    <w:rsid w:val="00F533C4"/>
    <w:rsid w:val="00F54526"/>
    <w:rsid w:val="00F55893"/>
    <w:rsid w:val="00F57ED0"/>
    <w:rsid w:val="00F87B3A"/>
    <w:rsid w:val="00F938F4"/>
    <w:rsid w:val="00FB15FB"/>
    <w:rsid w:val="00FC5D5B"/>
    <w:rsid w:val="00FC693F"/>
    <w:rsid w:val="00FF02AB"/>
    <w:rsid w:val="00FF28D6"/>
    <w:rsid w:val="00FF558F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B024B5"/>
  <w14:defaultImageDpi w14:val="300"/>
  <w15:docId w15:val="{B5D1F15F-A881-4E26-9AD1-0C5E861F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52759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E9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1">
    <w:name w:val="LIST1"/>
    <w:basedOn w:val="a1"/>
    <w:rsid w:val="004D62D4"/>
    <w:pPr>
      <w:numPr>
        <w:numId w:val="9"/>
      </w:numPr>
      <w:spacing w:after="0" w:line="240" w:lineRule="auto"/>
      <w:jc w:val="both"/>
    </w:pPr>
    <w:rPr>
      <w:rFonts w:ascii="Calibri" w:eastAsia="Times New Roman" w:hAnsi="Calibri" w:cs="Times New Roman"/>
      <w:lang w:val="ru-RU" w:eastAsia="ru-RU"/>
    </w:rPr>
  </w:style>
  <w:style w:type="character" w:styleId="aff9">
    <w:name w:val="Hyperlink"/>
    <w:basedOn w:val="a2"/>
    <w:uiPriority w:val="99"/>
    <w:unhideWhenUsed/>
    <w:rsid w:val="001527AB"/>
    <w:rPr>
      <w:color w:val="0000FF" w:themeColor="hyperlink"/>
      <w:u w:val="single"/>
    </w:rPr>
  </w:style>
  <w:style w:type="paragraph" w:customStyle="1" w:styleId="Default">
    <w:name w:val="Default"/>
    <w:rsid w:val="001527AB"/>
    <w:pPr>
      <w:spacing w:after="0" w:line="240" w:lineRule="auto"/>
    </w:pPr>
    <w:rPr>
      <w:rFonts w:ascii="Bahnschrift" w:eastAsiaTheme="minorHAnsi" w:hAnsi="Bahnschrift" w:cs="Bahnschrift"/>
      <w:color w:val="000000"/>
      <w:sz w:val="24"/>
      <w:szCs w:val="24"/>
      <w:lang w:val="ru-RU"/>
    </w:rPr>
  </w:style>
  <w:style w:type="character" w:customStyle="1" w:styleId="markdown-word">
    <w:name w:val="markdown-word"/>
    <w:basedOn w:val="a2"/>
    <w:rsid w:val="00436506"/>
  </w:style>
  <w:style w:type="character" w:customStyle="1" w:styleId="14">
    <w:name w:val="Неразрешенное упоминание1"/>
    <w:basedOn w:val="a2"/>
    <w:uiPriority w:val="99"/>
    <w:semiHidden/>
    <w:unhideWhenUsed/>
    <w:rsid w:val="009E5821"/>
    <w:rPr>
      <w:color w:val="605E5C"/>
      <w:shd w:val="clear" w:color="auto" w:fill="E1DFDD"/>
    </w:rPr>
  </w:style>
  <w:style w:type="paragraph" w:styleId="affa">
    <w:name w:val="Balloon Text"/>
    <w:basedOn w:val="a1"/>
    <w:link w:val="affb"/>
    <w:uiPriority w:val="99"/>
    <w:semiHidden/>
    <w:unhideWhenUsed/>
    <w:rsid w:val="00E84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E84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339C81-47D7-456A-8523-FB2D7E1A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cp:lastPrinted>2026-03-30T06:03:00Z</cp:lastPrinted>
  <dcterms:created xsi:type="dcterms:W3CDTF">2026-04-02T14:19:00Z</dcterms:created>
  <dcterms:modified xsi:type="dcterms:W3CDTF">2026-04-09T07:41:00Z</dcterms:modified>
  <cp:category/>
</cp:coreProperties>
</file>